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ולכל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טקסטים שונים לפי מטרתם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טקסט מידעי, סיפורי, הוראות ושכנוע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טקסט למטרתו כמו בחדר הבריחה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תחנה 1 -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למסור מידע ועובדות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לשכנע לקנות או להאמין במשהו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טקסט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לתקשר עם אדם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לבטא רגשות ומחשבות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תחנה 2 -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הרעיון המרכזי של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להוראות יש מטרה להנחות ולשיר מטרה לבטא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מטרתו למסור מידע ועובדות, לא לשכנע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מטרה ומבנה עוזרים לזהות סוג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מכתב בדרך כלל מיועד לאדם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המשחק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תחנה 3 -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תחנה 4 -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(טקסט הוראות)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(טקסט סיפורי)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(טקסט שכנוע)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(מכתב אישי)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פתיחת דלת חדר הבריחה -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הטקסט בתחנה בעיון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מזהים מה המטרה של הטקסט - מידע, סיפור, הוראות או שכנוע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את התשובה הנכונה ומקבלים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עוברים לתחנה הבאה וחוזרים על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מרכיבים את ארבע האותיות לקוד ופותחים את הדלת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מטרת הטקסט המידעי היא למסור מידע ועובדות, למשל ידיעה בעיתון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הוראות מנחות איך לעשות משהו שלב אחרי שלב, וסיפור מספר עלילה כדי לבדר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למסור מידע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פרסומת או 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שהמטרה משפיעה על המבנה ועל סגנון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כמו חדר בריחה אמיתי - כל חלק נותן אות וביחד מרכיבים 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להיעזר בדוגמאות מהבית הספר או מהיומיום בזמן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בסיסי של המטרה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ולכל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בחדר הבריחה פגשתם ארבע תחנות שבכל אחת צריך לזהות את מטרת הטקסט כדי לקבל אות. בדף הזה נתרגל את אותו רעיון - לכל טקסט יש מטרה, וכדי להבין טקסט צריך קודם להבין למה הוא נכתב.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תחנה 1 -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מטרת הטקסט המידעי?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לבדר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למסור מידע ועובדות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לשכנע לקנות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לבטא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מסביר איך מכינים עוגה?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מטרת הפרסומת היא בעיקר 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לקנות או להאמין במשהו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על אירוע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להנחות כיצד לפעול בבטיחות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טקסט שמתאר הרפתקה של גיבור הוא 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הוראות הפעלה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מודעת דרושים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מכתב אישי נכתב בדרך כלל כדי 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למכור 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לתקשר עם אדם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להנחות קהל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תופעת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שיר נכתב לרוב כדי 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להנחות שלבי הכנה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לבטא רגשות ומחשבות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למסור הוראות בטיחות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מוצר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תחנה 2 -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טקסט יש מטרה שבגללה הוא נכתב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הוראות ושיר נכתבים תמיד מאותה סיבה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טקסט מידעי היא לשכנע את הקורא לקנות מוצר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לזהות את סוג הטקסט לפי מטרתו ומבנהו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מיועד תמיד לכל הציבור ולא לאדם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בחדר הבריחה כל תחנה עסקה בזיהוי מטרת טקסט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תחנה 3 -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מטרת הטקסט ה__________ היא למסור מידע ועובדות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טקסט __________ מספר סיפור כדי לבדר את הקורא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טקסט __________ מסביר שלב אחרי שלב איך לעשות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מטרת טקסט ה__________ היא לשכנע את הקורא בדעה או במוצר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נכתב כדי לתקשר עם אדם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ב__________ הכותב מבטא רגשות ומחשבות באופן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תחנה 4 -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מתכון בישול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מכתב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ידיעה בעיתון על אירוע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סיפורי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סיפור על ילד שהלך לאיבוד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מודעה שמשכנעת לקנות נעליים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טקסט הוראות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מכתב לחבר שעבר 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שכנוע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פתיחת דלת חדר הבריחה -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עוברים לתחנה הבאה וחוזרים על התהליך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מרכיבים את ארבע האותיות לקוד ופותחים את הדלת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מה המטרה של הטקסט - מידע, סיפור, הוראות או שכנוע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הטקסט בתחנה בעיון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התשובה הנכונה ומקבלים 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שורות שמסבירות מהי מטרת הטקסט המידעי ותנו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טקסט הוראות שונה מסיפור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הטקסט המידעי?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לטקסט שמטרתו לשכנע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קשורה המטרה של טקסט לדרך שבה הוא כתוב?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ולכל טקסט יש מטרה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