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שונים לפי 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טקסט מידעי, סיפורי, הוראות ושכנוע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טקסט למטרתו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לשכנע לקנות או להאמין במשהו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של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להוראות יש מטרה להנחות ולשיר מטרה לבטא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מטרתו למסור מידע ועובדות, לא לשכנע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3 -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(טקסט שכנוע)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פתיחת דלת חדר הבריחה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 בתחנה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מה המטרה של הטקסט - מידע, סיפור, הוראות או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התשובה הנכונה ומקבלים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לתחנה הבאה וחוזרים על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מטרת הטקסט המידעי היא למסור מידע ועובדות, למשל ידיעה בעיתון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פרסומת או 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שהמטרה משפיעה על המבנה ועל סגנון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כמו חדר בריחה אמיתי - כל חלק נותן אות וביחד מרכיבים 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להיעזר בדוגמאות מהבית הספר או מהיומיום בזמן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של המטרה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בחדר הבריחה פגשתם ארבע תחנות שבכל אחת צריך לזהות את מטרת הטקסט כדי לקבל אות. בדף הזה נתרגל את אותו רעיון - לכל טקסט יש מטרה, וכדי להבין טקסט צריך קודם להבין למה הוא נכתב.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סיפורי  ·  מידעי  ·  הוראות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תחנה 1 -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 הטקסט המידעי?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לבדר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למסור מידע ועובדות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טקסט מסביר איך מכינים 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מטרת הפרסומת היא בעיקר 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לשכנע לקנות או להאמין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על אירוע היסטורי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תחנה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טקסט יש מטרה שבגללה הוא נכתב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הוראות ושיר נכתבים תמיד מאותה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טקסט מידעי היא לשכנע את הקורא לקנות 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תחנה 3 -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מטרת הטקסט ה__________ היא למסור מידע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טקסט __________ מספר סיפור כדי לבדר את הקורא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טקסט __________ מסביר שלב אחרי שלב איך לעשות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תחנה 4 -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מתכון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טקסט שכנוע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ידיעה בעיתון על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טקסט סיפורי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סיפור על ילד שהלך לאיבוד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מודעה שמשכנעת לקנות נעליים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הוראות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פתיחת דלת חדר הבריחה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לתחנה הבאה וחוזרים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הטקסט בתחנה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מה המטרה של הטקסט - מידע, סיפור, הוראות או שכנוע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התשובה הנכונה ומקבלים 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שורות שמסבירות מהי מטרת הטקסט המידעי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הטקסט המידעי?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לטקסט שמטרתו לשכנע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ולכל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